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7-Day Scripture Memory Guide</w:t>
      </w:r>
    </w:p>
    <w:p>
      <w:r>
        <w:t>One verse. Ten minutes a day. A practical place to begin.</w:t>
      </w:r>
    </w:p>
    <w:p>
      <w:pPr>
        <w:pStyle w:val="Heading2"/>
      </w:pPr>
      <w:r>
        <w:t>Prepare your space</w:t>
      </w:r>
    </w:p>
    <w:p>
      <w:r>
        <w:t>Find a quiet, comfortable spot. Silence your phone and put it aside. Turn off the television and radio. Ask for a few uninterrupted minutes. Pray for understanding, focus, and help to live what you learn. Open your Bible to Psalm 23 and read the whole psalm for context.</w:t>
      </w:r>
    </w:p>
    <w:p>
      <w:pPr>
        <w:pStyle w:val="Heading2"/>
      </w:pPr>
      <w:r>
        <w:t>Your first memory verse</w:t>
      </w:r>
    </w:p>
    <w:p>
      <w:r>
        <w:t>“The LORD is my shepherd; I shall not want.” — Psalm 23:1 (KJV)</w:t>
      </w:r>
    </w:p>
    <w:p>
      <w:pPr>
        <w:pStyle w:val="Heading2"/>
      </w:pPr>
      <w:r>
        <w:t>The seven steps</w:t>
      </w:r>
    </w:p>
    <w:p>
      <w:pPr>
        <w:pStyle w:val="ListNumber"/>
      </w:pPr>
      <w:r>
        <w:t>Prepare a quiet space and choose one verse.</w:t>
      </w:r>
    </w:p>
    <w:p>
      <w:pPr>
        <w:pStyle w:val="ListNumber"/>
      </w:pPr>
      <w:r>
        <w:t>Understand what the verse means.</w:t>
      </w:r>
    </w:p>
    <w:p>
      <w:pPr>
        <w:pStyle w:val="ListNumber"/>
      </w:pPr>
      <w:r>
        <w:t>Learn one phrase at a time.</w:t>
      </w:r>
    </w:p>
    <w:p>
      <w:pPr>
        <w:pStyle w:val="ListNumber"/>
      </w:pPr>
      <w:r>
        <w:t>Recall without looking, then check the wording.</w:t>
      </w:r>
    </w:p>
    <w:p>
      <w:pPr>
        <w:pStyle w:val="ListNumber"/>
      </w:pPr>
      <w:r>
        <w:t>Review regularly: five minutes morning and evening.</w:t>
      </w:r>
    </w:p>
    <w:p>
      <w:pPr>
        <w:pStyle w:val="ListNumber"/>
      </w:pPr>
      <w:r>
        <w:t>Pray about the verse and put it into practice.</w:t>
      </w:r>
    </w:p>
    <w:p>
      <w:pPr>
        <w:pStyle w:val="ListNumber"/>
      </w:pPr>
      <w:r>
        <w:t>Share the verse and build on your progress.</w:t>
      </w:r>
    </w:p>
    <w:p>
      <w:pPr>
        <w:pStyle w:val="Heading2"/>
      </w:pPr>
      <w:r>
        <w:t>Your practice rhythm</w:t>
      </w:r>
    </w:p>
    <w:p>
      <w:r>
        <w:t>Read aloud. Cover the words. Recall. Check. Practise what you missed. Include the reference each time. Keep reviewing earlier verses. Seven days is a starting goal. Take more time whenever you need it.</w:t>
      </w:r>
    </w:p>
    <w:p>
      <w:r>
        <w:t>Read the full seven-step article at BibleVersesAddict.com</w:t>
      </w:r>
    </w:p>
    <w:p>
      <w:r>
        <w:br w:type="page"/>
      </w:r>
    </w:p>
    <w:p>
      <w:pPr>
        <w:pStyle w:val="Title"/>
      </w:pPr>
      <w:r>
        <w:t>My week of practice</w:t>
      </w:r>
    </w:p>
    <w:p>
      <w:r>
        <w:t>Start date: __________________    Next practice time: 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Day</w:t>
            </w:r>
          </w:p>
        </w:tc>
        <w:tc>
          <w:tcPr>
            <w:tcW w:type="dxa" w:w="2160"/>
          </w:tcPr>
          <w:p>
            <w:r>
              <w:t>Focus</w:t>
            </w:r>
          </w:p>
        </w:tc>
        <w:tc>
          <w:tcPr>
            <w:tcW w:type="dxa" w:w="2160"/>
          </w:tcPr>
          <w:p>
            <w:r>
              <w:t>AM</w:t>
            </w:r>
          </w:p>
        </w:tc>
        <w:tc>
          <w:tcPr>
            <w:tcW w:type="dxa" w:w="2160"/>
          </w:tcPr>
          <w:p>
            <w:r>
              <w:t>PM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Read Psalm 23; copy verse 1 accurately.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Explain its meaning in your own words.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Learn each phrase, then join them.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Say or write the verse without looking.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Review and practise difficult words.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Pray about its meaning; choose one action.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Recite it to someone; plan your next review.</w:t>
            </w:r>
          </w:p>
        </w:tc>
        <w:tc>
          <w:tcPr>
            <w:tcW w:type="dxa" w:w="2160"/>
          </w:tcPr>
          <w:p>
            <w:r>
              <w:t>□</w:t>
            </w:r>
          </w:p>
        </w:tc>
        <w:tc>
          <w:tcPr>
            <w:tcW w:type="dxa" w:w="2160"/>
          </w:tcPr>
          <w:p>
            <w:r>
              <w:t>□</w:t>
            </w:r>
          </w:p>
        </w:tc>
      </w:tr>
    </w:tbl>
    <w:p>
      <w:pPr>
        <w:pStyle w:val="Heading2"/>
      </w:pPr>
      <w:r>
        <w:t>What does this verse teach me about God?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How will I put it into practice today?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My prayer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Cut out this memory card and keep it beside your Bible.</w:t>
      </w:r>
    </w:p>
    <w:p>
      <w:r>
        <w:t>“The LORD is my shepherd; I shall not want.”</w:t>
        <w:br/>
        <w:t>Psalm 23:1 (KJV)</w:t>
        <w:br/>
        <w:t>Read aloud. Cover. Recall. Check. Repeat.</w:t>
      </w:r>
    </w:p>
    <w:sectPr w:rsidR="00FC693F" w:rsidRPr="0006063C" w:rsidSect="00034616">
      <w:footerReference w:type="default" r:id="rId9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BibleVersesAddict.com | Pastor David Small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